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808D3" w14:textId="77777777" w:rsidR="00D24273" w:rsidRDefault="00000000">
      <w:pPr>
        <w:jc w:val="center"/>
      </w:pPr>
      <w:r>
        <w:rPr>
          <w:b/>
          <w:sz w:val="40"/>
        </w:rPr>
        <w:t>Cajun • Italian • American Fusion</w:t>
      </w:r>
    </w:p>
    <w:p w14:paraId="440774B9" w14:textId="77777777" w:rsidR="00D24273" w:rsidRDefault="00000000">
      <w:pPr>
        <w:jc w:val="center"/>
      </w:pPr>
      <w:r>
        <w:rPr>
          <w:b/>
          <w:sz w:val="28"/>
        </w:rPr>
        <w:t>Menu</w:t>
      </w:r>
    </w:p>
    <w:p w14:paraId="6D15B09A" w14:textId="77777777" w:rsidR="00D24273" w:rsidRDefault="00000000">
      <w:r>
        <w:rPr>
          <w:b/>
          <w:sz w:val="32"/>
        </w:rPr>
        <w:t>🥂 Appetizers — 7</w:t>
      </w:r>
    </w:p>
    <w:p w14:paraId="7424E426" w14:textId="77777777" w:rsidR="00D24273" w:rsidRDefault="00000000">
      <w:r>
        <w:rPr>
          <w:b/>
        </w:rPr>
        <w:t>1. Cajun Shrimp Bruschetta</w:t>
      </w:r>
      <w:r>
        <w:br/>
        <w:t>Toasted French bread, blackened shrimp, Creole tomato relish, mozzarella, basil, and Cajun remoulade.</w:t>
      </w:r>
    </w:p>
    <w:p w14:paraId="46518EB3" w14:textId="77777777" w:rsidR="00D24273" w:rsidRDefault="00000000">
      <w:r>
        <w:rPr>
          <w:b/>
        </w:rPr>
        <w:t>2. Bayou Boudin Arancini</w:t>
      </w:r>
      <w:r>
        <w:br/>
        <w:t>Crispy risotto balls stuffed with Cajun boudin, mozzarella, and Parmesan, served with Creole marinara.</w:t>
      </w:r>
    </w:p>
    <w:p w14:paraId="41DC3D79" w14:textId="77777777" w:rsidR="00D24273" w:rsidRDefault="00000000">
      <w:r>
        <w:rPr>
          <w:b/>
        </w:rPr>
        <w:t>3. Chicken &amp; Andouille Alfredo Dip</w:t>
      </w:r>
      <w:r>
        <w:br/>
        <w:t>Creamy Parmesan Alfredo dip with blackened chicken, smoked andouille sausage, roasted peppers, and green onions. Served with toasted garlic crostini.</w:t>
      </w:r>
    </w:p>
    <w:p w14:paraId="392F19A2" w14:textId="77777777" w:rsidR="00D24273" w:rsidRDefault="00000000">
      <w:r>
        <w:rPr>
          <w:b/>
        </w:rPr>
        <w:t>4. Cajun Crawfish Fritters</w:t>
      </w:r>
      <w:r>
        <w:br/>
        <w:t>Golden crawfish and corn fritters with Italian herbs and a spicy Parmesan remoulade.</w:t>
      </w:r>
    </w:p>
    <w:p w14:paraId="5EF72B0D" w14:textId="77777777" w:rsidR="00D24273" w:rsidRDefault="00000000">
      <w:r>
        <w:rPr>
          <w:b/>
        </w:rPr>
        <w:t>5. Italian Sausage &amp; Shrimp Stuffed Mushrooms</w:t>
      </w:r>
      <w:r>
        <w:br/>
        <w:t>Mushrooms filled with Italian sausage, Gulf shrimp, breadcrumbs, Parmesan, and Cajun seasoning.</w:t>
      </w:r>
    </w:p>
    <w:p w14:paraId="4B3B6B56" w14:textId="77777777" w:rsidR="00D24273" w:rsidRDefault="00000000">
      <w:r>
        <w:rPr>
          <w:b/>
        </w:rPr>
        <w:t>6. Bayou Mozzarella Sticks</w:t>
      </w:r>
      <w:r>
        <w:br/>
        <w:t>Hand-breaded mozzarella with Cajun seasoning, served with spicy Creole marinara and roasted-garlic ranch.</w:t>
      </w:r>
    </w:p>
    <w:p w14:paraId="4191A55F" w14:textId="77777777" w:rsidR="00D24273" w:rsidRDefault="00000000">
      <w:r>
        <w:rPr>
          <w:b/>
        </w:rPr>
        <w:t>7. Loaded Cajun Crab Fries</w:t>
      </w:r>
      <w:r>
        <w:br/>
        <w:t>Crispy seasoned fries topped with lump crab, crawfish, pepper-jack cheese sauce, green onions, and Creole aioli.</w:t>
      </w:r>
    </w:p>
    <w:p w14:paraId="0B821345" w14:textId="77777777" w:rsidR="00D24273" w:rsidRDefault="00000000">
      <w:r>
        <w:rPr>
          <w:b/>
          <w:sz w:val="32"/>
        </w:rPr>
        <w:t>🍝 Entrées — 10</w:t>
      </w:r>
    </w:p>
    <w:p w14:paraId="1829E4CF" w14:textId="77777777" w:rsidR="00D24273" w:rsidRDefault="00000000">
      <w:r>
        <w:rPr>
          <w:b/>
        </w:rPr>
        <w:t>1. Bayou Chicken Alfredo</w:t>
      </w:r>
      <w:r>
        <w:br/>
        <w:t>Blackened chicken, andouille sausage, shrimp, and fettuccine tossed in a Cajun Parmesan Alfredo sauce with roasted peppers and onions.</w:t>
      </w:r>
    </w:p>
    <w:p w14:paraId="1A3B8928" w14:textId="77777777" w:rsidR="00D24273" w:rsidRDefault="00000000">
      <w:r>
        <w:rPr>
          <w:b/>
        </w:rPr>
        <w:t>2. Crawfish Étouffée Lasagna</w:t>
      </w:r>
      <w:r>
        <w:br/>
        <w:t>Layers of pasta, crawfish étouffée, ricotta, mozzarella, Parmesan, and Creole-seasoned tomato sauce, baked until golden.</w:t>
      </w:r>
    </w:p>
    <w:p w14:paraId="79098098" w14:textId="77777777" w:rsidR="00D24273" w:rsidRDefault="00000000">
      <w:r>
        <w:rPr>
          <w:b/>
        </w:rPr>
        <w:lastRenderedPageBreak/>
        <w:t>3. Cajun Shrimp &amp; Grits Carbonara</w:t>
      </w:r>
      <w:r>
        <w:br/>
        <w:t>Creamy Parmesan carbonara over cheesy stone-ground grits with blackened Gulf shrimp, bacon, green onions, and Cajun spices.</w:t>
      </w:r>
    </w:p>
    <w:p w14:paraId="7C9748D7" w14:textId="77777777" w:rsidR="00D24273" w:rsidRDefault="00000000">
      <w:r>
        <w:rPr>
          <w:b/>
        </w:rPr>
        <w:t>4. Bourbon Street Chicken Parmesan</w:t>
      </w:r>
      <w:r>
        <w:br/>
        <w:t>Crispy Parmesan-crusted chicken breast topped with Creole marinara, mozzarella, and Parmesan. Served over Cajun spaghetti.</w:t>
      </w:r>
    </w:p>
    <w:p w14:paraId="52D26999" w14:textId="77777777" w:rsidR="00D24273" w:rsidRDefault="00000000">
      <w:r>
        <w:rPr>
          <w:b/>
        </w:rPr>
        <w:t>5. Andouille &amp; Shrimp Jambalaya Pasta</w:t>
      </w:r>
      <w:r>
        <w:br/>
        <w:t>Penne tossed with smoked andouille, shrimp, chicken, tomatoes, peppers, onions, garlic, and Cajun spices in a Creole cream sauce.</w:t>
      </w:r>
    </w:p>
    <w:p w14:paraId="6D29F868" w14:textId="77777777" w:rsidR="00D24273" w:rsidRDefault="00000000">
      <w:r>
        <w:rPr>
          <w:b/>
        </w:rPr>
        <w:t>6. Blackened Redfish Piccata</w:t>
      </w:r>
      <w:r>
        <w:br/>
        <w:t>Cajun-blackened Gulf redfish with a lemon-caper butter sauce, Parmesan risotto, and sautéed spinach.</w:t>
      </w:r>
    </w:p>
    <w:p w14:paraId="7E2BA836" w14:textId="77777777" w:rsidR="00D24273" w:rsidRDefault="00000000">
      <w:r>
        <w:rPr>
          <w:b/>
        </w:rPr>
        <w:t>7. Cajun Short Rib Ravioli</w:t>
      </w:r>
      <w:r>
        <w:br/>
        <w:t>House-style ravioli filled with braised beef short rib, served with roasted-garlic Parmesan cream sauce, crispy onions, and fresh herbs.</w:t>
      </w:r>
    </w:p>
    <w:p w14:paraId="6BE11853" w14:textId="77777777" w:rsidR="00D24273" w:rsidRDefault="00000000">
      <w:r>
        <w:rPr>
          <w:b/>
        </w:rPr>
        <w:t>8. Creole Chicken &amp; Waffles</w:t>
      </w:r>
      <w:r>
        <w:br/>
        <w:t>Crispy Cajun-fried chicken over Parmesan-herb waffles, topped with bourbon-maple glaze and served with spicy Creole honey.</w:t>
      </w:r>
    </w:p>
    <w:p w14:paraId="356F19F8" w14:textId="77777777" w:rsidR="00D24273" w:rsidRDefault="00000000">
      <w:r>
        <w:rPr>
          <w:b/>
        </w:rPr>
        <w:t>9. Bayou Surf &amp; Turf</w:t>
      </w:r>
      <w:r>
        <w:br/>
        <w:t>Cajun-seasoned grilled ribeye topped with garlic butter Gulf shrimp. Served with crawfish mac &amp; cheese and roasted vegetables.</w:t>
      </w:r>
    </w:p>
    <w:p w14:paraId="024415A4" w14:textId="77777777" w:rsidR="00D24273" w:rsidRDefault="00000000">
      <w:r>
        <w:rPr>
          <w:b/>
        </w:rPr>
        <w:t>10. Louisiana-Style Chicken &amp; Sausage Penne</w:t>
      </w:r>
      <w:r>
        <w:br/>
        <w:t>Blackened chicken and andouille tossed with penne, roasted tomatoes, spinach, garlic, Parmesan, and a creamy Cajun tomato sauce.</w:t>
      </w:r>
    </w:p>
    <w:p w14:paraId="08FEE031" w14:textId="77777777" w:rsidR="00D24273" w:rsidRDefault="00000000">
      <w:r>
        <w:rPr>
          <w:b/>
          <w:sz w:val="32"/>
        </w:rPr>
        <w:t>🍰 Desserts — 5</w:t>
      </w:r>
    </w:p>
    <w:p w14:paraId="34EB6057" w14:textId="77777777" w:rsidR="00D24273" w:rsidRDefault="00000000">
      <w:r>
        <w:rPr>
          <w:b/>
        </w:rPr>
        <w:t>1. Bourbon Bananas Foster Cheesecake</w:t>
      </w:r>
      <w:r>
        <w:br/>
        <w:t>New York-style cheesecake topped with caramelized bananas, bourbon-caramel sauce, and toasted pecans.</w:t>
      </w:r>
    </w:p>
    <w:p w14:paraId="44DBBE57" w14:textId="77777777" w:rsidR="00D24273" w:rsidRDefault="00000000">
      <w:r>
        <w:rPr>
          <w:b/>
        </w:rPr>
        <w:t>2. Cajun Turtle Bread Pudding</w:t>
      </w:r>
      <w:r>
        <w:br/>
        <w:t>Warm French bread pudding with pecans, chocolate, caramel, and a bourbon-vanilla sauce.</w:t>
      </w:r>
    </w:p>
    <w:p w14:paraId="3D21EAE8" w14:textId="77777777" w:rsidR="00D24273" w:rsidRDefault="00000000">
      <w:r>
        <w:rPr>
          <w:b/>
        </w:rPr>
        <w:t>3. Praline Cannoli</w:t>
      </w:r>
      <w:r>
        <w:br/>
        <w:t>Crispy Italian cannoli shells filled with sweet mascarpone-praline cream, pecans, and chocolate chips.</w:t>
      </w:r>
    </w:p>
    <w:p w14:paraId="593D999A" w14:textId="77777777" w:rsidR="00D24273" w:rsidRDefault="00000000">
      <w:r>
        <w:rPr>
          <w:b/>
        </w:rPr>
        <w:lastRenderedPageBreak/>
        <w:t>4. Beignets à la Nutella</w:t>
      </w:r>
      <w:r>
        <w:br/>
        <w:t>Fresh Louisiana-style beignets filled with Nutella and dusted with powdered sugar, served with vanilla bean cream.</w:t>
      </w:r>
    </w:p>
    <w:p w14:paraId="2B3A8230" w14:textId="77777777" w:rsidR="00D24273" w:rsidRDefault="00000000">
      <w:r>
        <w:rPr>
          <w:b/>
        </w:rPr>
        <w:t>5. Southern Tiramisu</w:t>
      </w:r>
      <w:r>
        <w:br/>
        <w:t>Espresso-soaked ladyfingers layered with mascarpone cream and bourbon-pecan praline, finished with cocoa and caramel drizzle.</w:t>
      </w:r>
    </w:p>
    <w:sectPr w:rsidR="00D2427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4318478">
    <w:abstractNumId w:val="8"/>
  </w:num>
  <w:num w:numId="2" w16cid:durableId="885340162">
    <w:abstractNumId w:val="6"/>
  </w:num>
  <w:num w:numId="3" w16cid:durableId="851602322">
    <w:abstractNumId w:val="5"/>
  </w:num>
  <w:num w:numId="4" w16cid:durableId="5443095">
    <w:abstractNumId w:val="4"/>
  </w:num>
  <w:num w:numId="5" w16cid:durableId="870725203">
    <w:abstractNumId w:val="7"/>
  </w:num>
  <w:num w:numId="6" w16cid:durableId="776798603">
    <w:abstractNumId w:val="3"/>
  </w:num>
  <w:num w:numId="7" w16cid:durableId="1312951766">
    <w:abstractNumId w:val="2"/>
  </w:num>
  <w:num w:numId="8" w16cid:durableId="1906603721">
    <w:abstractNumId w:val="1"/>
  </w:num>
  <w:num w:numId="9" w16cid:durableId="2073499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3A28"/>
    <w:rsid w:val="008E0A05"/>
    <w:rsid w:val="00AA1D8D"/>
    <w:rsid w:val="00B47730"/>
    <w:rsid w:val="00CB0664"/>
    <w:rsid w:val="00D242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5418B7"/>
  <w14:defaultImageDpi w14:val="300"/>
  <w15:docId w15:val="{69AC7893-D760-4443-B9D0-51734EFA3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Benson Casey</cp:lastModifiedBy>
  <cp:revision>2</cp:revision>
  <dcterms:created xsi:type="dcterms:W3CDTF">2026-10-10T19:33:00Z</dcterms:created>
  <dcterms:modified xsi:type="dcterms:W3CDTF">2026-10-10T19:33:00Z</dcterms:modified>
  <cp:category/>
</cp:coreProperties>
</file>